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1BBC3" w14:textId="53C22A9D" w:rsidR="00EA7C15" w:rsidRDefault="00DB201B" w:rsidP="00DB201B">
      <w:pPr>
        <w:jc w:val="center"/>
        <w:rPr>
          <w:rFonts w:ascii="맑은 고딕" w:eastAsia="맑은 고딕" w:hAnsi="맑은 고딕" w:cs="맑은 고딕"/>
          <w:b/>
          <w:bCs/>
          <w:sz w:val="48"/>
          <w:szCs w:val="48"/>
          <w:lang w:eastAsia="ko-KR"/>
        </w:rPr>
      </w:pPr>
      <w:r>
        <w:rPr>
          <w:rFonts w:ascii="맑은 고딕" w:eastAsia="맑은 고딕" w:hAnsi="맑은 고딕" w:cs="맑은 고딕" w:hint="eastAsia"/>
          <w:b/>
          <w:bCs/>
          <w:noProof/>
          <w:sz w:val="48"/>
          <w:szCs w:val="48"/>
          <w:lang w:eastAsia="ko-K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EFBE73" wp14:editId="406997B8">
                <wp:simplePos x="0" y="0"/>
                <wp:positionH relativeFrom="column">
                  <wp:posOffset>-57150</wp:posOffset>
                </wp:positionH>
                <wp:positionV relativeFrom="paragraph">
                  <wp:posOffset>600075</wp:posOffset>
                </wp:positionV>
                <wp:extent cx="5495925" cy="9525"/>
                <wp:effectExtent l="0" t="0" r="28575" b="28575"/>
                <wp:wrapNone/>
                <wp:docPr id="232704504" name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EDBE5" id="직선 연결선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47.25pt" to="428.2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" strokecolor="black [3040]" strokeweight="1.5pt"/>
            </w:pict>
          </mc:Fallback>
        </mc:AlternateContent>
      </w:r>
      <w:r w:rsidRPr="00DB201B">
        <w:rPr>
          <w:rFonts w:ascii="맑은 고딕" w:eastAsia="맑은 고딕" w:hAnsi="맑은 고딕" w:cs="맑은 고딕" w:hint="eastAsia"/>
          <w:b/>
          <w:bCs/>
          <w:sz w:val="48"/>
          <w:szCs w:val="48"/>
          <w:lang w:eastAsia="ko-KR"/>
        </w:rPr>
        <w:t>페이소프트</w:t>
      </w:r>
      <w:r w:rsidRPr="00DB201B">
        <w:rPr>
          <w:rFonts w:ascii="MS UI Gothic" w:eastAsia="MS UI Gothic" w:hAnsi="MS UI Gothic"/>
          <w:b/>
          <w:bCs/>
          <w:sz w:val="48"/>
          <w:szCs w:val="48"/>
          <w:lang w:eastAsia="ko-KR"/>
        </w:rPr>
        <w:t xml:space="preserve"> </w:t>
      </w:r>
      <w:r w:rsidRPr="00DB201B">
        <w:rPr>
          <w:rFonts w:ascii="맑은 고딕" w:eastAsia="맑은 고딕" w:hAnsi="맑은 고딕" w:cs="맑은 고딕" w:hint="eastAsia"/>
          <w:b/>
          <w:bCs/>
          <w:sz w:val="48"/>
          <w:szCs w:val="48"/>
          <w:lang w:eastAsia="ko-KR"/>
        </w:rPr>
        <w:t>사용</w:t>
      </w:r>
      <w:r w:rsidRPr="00DB201B">
        <w:rPr>
          <w:rFonts w:ascii="MS UI Gothic" w:eastAsia="MS UI Gothic" w:hAnsi="MS UI Gothic"/>
          <w:b/>
          <w:bCs/>
          <w:sz w:val="48"/>
          <w:szCs w:val="48"/>
          <w:lang w:eastAsia="ko-KR"/>
        </w:rPr>
        <w:t xml:space="preserve"> </w:t>
      </w:r>
      <w:r w:rsidRPr="00DB201B">
        <w:rPr>
          <w:rFonts w:ascii="맑은 고딕" w:eastAsia="맑은 고딕" w:hAnsi="맑은 고딕" w:cs="맑은 고딕" w:hint="eastAsia"/>
          <w:b/>
          <w:bCs/>
          <w:sz w:val="48"/>
          <w:szCs w:val="48"/>
          <w:lang w:eastAsia="ko-KR"/>
        </w:rPr>
        <w:t>해지</w:t>
      </w:r>
      <w:r w:rsidRPr="00DB201B">
        <w:rPr>
          <w:rFonts w:ascii="MS UI Gothic" w:eastAsia="MS UI Gothic" w:hAnsi="MS UI Gothic"/>
          <w:b/>
          <w:bCs/>
          <w:sz w:val="48"/>
          <w:szCs w:val="48"/>
          <w:lang w:eastAsia="ko-KR"/>
        </w:rPr>
        <w:t xml:space="preserve"> </w:t>
      </w:r>
      <w:r w:rsidRPr="00DB201B">
        <w:rPr>
          <w:rFonts w:ascii="맑은 고딕" w:eastAsia="맑은 고딕" w:hAnsi="맑은 고딕" w:cs="맑은 고딕" w:hint="eastAsia"/>
          <w:b/>
          <w:bCs/>
          <w:sz w:val="48"/>
          <w:szCs w:val="48"/>
          <w:lang w:eastAsia="ko-KR"/>
        </w:rPr>
        <w:t>신청서</w:t>
      </w:r>
    </w:p>
    <w:p w14:paraId="78BD1E60" w14:textId="0213CE84" w:rsidR="00EA7C15" w:rsidRPr="00261CFE" w:rsidRDefault="008C5A5A">
      <w:pPr>
        <w:rPr>
          <w:rFonts w:ascii="MS UI Gothic" w:eastAsia="MS UI Gothic" w:hAnsi="MS UI Gothic"/>
          <w:sz w:val="20"/>
          <w:szCs w:val="20"/>
        </w:rPr>
      </w:pPr>
      <w:r w:rsidRPr="00261CFE">
        <w:rPr>
          <w:rFonts w:ascii="MS UI Gothic" w:eastAsia="MS UI Gothic" w:hAnsi="MS UI Gothic"/>
          <w:sz w:val="20"/>
          <w:szCs w:val="20"/>
        </w:rPr>
        <w:t xml:space="preserve">1. </w:t>
      </w:r>
      <w:proofErr w:type="spellStart"/>
      <w:r w:rsidRPr="00261CFE">
        <w:rPr>
          <w:rFonts w:ascii="맑은 고딕" w:eastAsia="맑은 고딕" w:hAnsi="맑은 고딕" w:cs="맑은 고딕" w:hint="eastAsia"/>
          <w:sz w:val="20"/>
          <w:szCs w:val="20"/>
        </w:rPr>
        <w:t>기본</w:t>
      </w:r>
      <w:proofErr w:type="spellEnd"/>
      <w:r w:rsidRPr="00261CFE">
        <w:rPr>
          <w:rFonts w:ascii="MS UI Gothic" w:eastAsia="MS UI Gothic" w:hAnsi="MS UI Gothic"/>
          <w:sz w:val="20"/>
          <w:szCs w:val="20"/>
        </w:rPr>
        <w:t xml:space="preserve"> </w:t>
      </w:r>
      <w:proofErr w:type="spellStart"/>
      <w:r w:rsidRPr="00261CFE">
        <w:rPr>
          <w:rFonts w:ascii="맑은 고딕" w:eastAsia="맑은 고딕" w:hAnsi="맑은 고딕" w:cs="맑은 고딕" w:hint="eastAsia"/>
          <w:sz w:val="20"/>
          <w:szCs w:val="20"/>
        </w:rPr>
        <w:t>정보</w:t>
      </w:r>
      <w:proofErr w:type="spellEnd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43"/>
        <w:gridCol w:w="5697"/>
      </w:tblGrid>
      <w:tr w:rsidR="00EA7C15" w:rsidRPr="00261CFE" w14:paraId="3153E550" w14:textId="77777777" w:rsidTr="003E5D2E">
        <w:tc>
          <w:tcPr>
            <w:tcW w:w="2943" w:type="dxa"/>
            <w:shd w:val="clear" w:color="auto" w:fill="D9D9D9" w:themeFill="background1" w:themeFillShade="D9"/>
          </w:tcPr>
          <w:p w14:paraId="0A433081" w14:textId="77777777" w:rsidR="00EA7C15" w:rsidRPr="00261CFE" w:rsidRDefault="008C5A5A">
            <w:pPr>
              <w:rPr>
                <w:rFonts w:ascii="MS UI Gothic" w:eastAsia="MS UI Gothic" w:hAnsi="MS UI Gothic"/>
                <w:sz w:val="20"/>
                <w:szCs w:val="20"/>
              </w:rPr>
            </w:pPr>
            <w:proofErr w:type="spellStart"/>
            <w:r w:rsidRPr="00261CFE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업체명</w:t>
            </w:r>
            <w:proofErr w:type="spellEnd"/>
          </w:p>
        </w:tc>
        <w:tc>
          <w:tcPr>
            <w:tcW w:w="5697" w:type="dxa"/>
          </w:tcPr>
          <w:p w14:paraId="4EA8806E" w14:textId="77777777" w:rsidR="00EA7C15" w:rsidRPr="00261CFE" w:rsidRDefault="00EA7C15">
            <w:pPr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  <w:tr w:rsidR="00EA7C15" w:rsidRPr="00261CFE" w14:paraId="4A846A94" w14:textId="77777777" w:rsidTr="003E5D2E">
        <w:tc>
          <w:tcPr>
            <w:tcW w:w="2943" w:type="dxa"/>
            <w:shd w:val="clear" w:color="auto" w:fill="D9D9D9" w:themeFill="background1" w:themeFillShade="D9"/>
          </w:tcPr>
          <w:p w14:paraId="7A90F05F" w14:textId="77777777" w:rsidR="00EA7C15" w:rsidRPr="00261CFE" w:rsidRDefault="008C5A5A">
            <w:pPr>
              <w:rPr>
                <w:rFonts w:ascii="MS UI Gothic" w:eastAsia="MS UI Gothic" w:hAnsi="MS UI Gothic"/>
                <w:sz w:val="20"/>
                <w:szCs w:val="20"/>
              </w:rPr>
            </w:pPr>
            <w:r w:rsidRPr="00261CFE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사업자등록번호</w:t>
            </w:r>
          </w:p>
        </w:tc>
        <w:tc>
          <w:tcPr>
            <w:tcW w:w="5697" w:type="dxa"/>
          </w:tcPr>
          <w:p w14:paraId="25626333" w14:textId="77777777" w:rsidR="00EA7C15" w:rsidRPr="00261CFE" w:rsidRDefault="00EA7C15">
            <w:pPr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  <w:tr w:rsidR="00EA7C15" w:rsidRPr="00261CFE" w14:paraId="1001D93E" w14:textId="77777777" w:rsidTr="003E5D2E">
        <w:tc>
          <w:tcPr>
            <w:tcW w:w="2943" w:type="dxa"/>
            <w:shd w:val="clear" w:color="auto" w:fill="D9D9D9" w:themeFill="background1" w:themeFillShade="D9"/>
          </w:tcPr>
          <w:p w14:paraId="54F97B71" w14:textId="6A933CBE" w:rsidR="00EA7C15" w:rsidRPr="00261CFE" w:rsidRDefault="007C30E0">
            <w:pPr>
              <w:rPr>
                <w:rFonts w:ascii="MS UI Gothic" w:eastAsia="MS UI Gothic" w:hAnsi="MS UI Gothic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이용 ID</w:t>
            </w:r>
          </w:p>
        </w:tc>
        <w:tc>
          <w:tcPr>
            <w:tcW w:w="5697" w:type="dxa"/>
          </w:tcPr>
          <w:p w14:paraId="0201896D" w14:textId="7D70F968" w:rsidR="00EA7C15" w:rsidRPr="00261CFE" w:rsidRDefault="00EA7C15">
            <w:pPr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  <w:tr w:rsidR="00EA7C15" w:rsidRPr="00261CFE" w14:paraId="3BBB407B" w14:textId="77777777" w:rsidTr="003E5D2E">
        <w:tc>
          <w:tcPr>
            <w:tcW w:w="2943" w:type="dxa"/>
            <w:shd w:val="clear" w:color="auto" w:fill="D9D9D9" w:themeFill="background1" w:themeFillShade="D9"/>
          </w:tcPr>
          <w:p w14:paraId="31F7CD4F" w14:textId="0FA02A8C" w:rsidR="00EA7C15" w:rsidRPr="00261CFE" w:rsidRDefault="007C30E0">
            <w:pPr>
              <w:rPr>
                <w:rFonts w:ascii="MS UI Gothic" w:eastAsia="MS UI Gothic" w:hAnsi="MS UI Gothic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대표자</w:t>
            </w:r>
            <w:r w:rsidRPr="00261CFE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명</w:t>
            </w:r>
          </w:p>
        </w:tc>
        <w:tc>
          <w:tcPr>
            <w:tcW w:w="5697" w:type="dxa"/>
          </w:tcPr>
          <w:p w14:paraId="0A8C1982" w14:textId="77777777" w:rsidR="00EA7C15" w:rsidRPr="00261CFE" w:rsidRDefault="00EA7C15">
            <w:pPr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  <w:tr w:rsidR="00EA7C15" w:rsidRPr="00261CFE" w14:paraId="7D44B565" w14:textId="77777777" w:rsidTr="003E5D2E">
        <w:tc>
          <w:tcPr>
            <w:tcW w:w="2943" w:type="dxa"/>
            <w:shd w:val="clear" w:color="auto" w:fill="D9D9D9" w:themeFill="background1" w:themeFillShade="D9"/>
          </w:tcPr>
          <w:p w14:paraId="19A587A0" w14:textId="77777777" w:rsidR="00EA7C15" w:rsidRPr="00261CFE" w:rsidRDefault="008C5A5A">
            <w:pPr>
              <w:rPr>
                <w:rFonts w:ascii="MS UI Gothic" w:eastAsia="MS UI Gothic" w:hAnsi="MS UI Gothic"/>
                <w:sz w:val="20"/>
                <w:szCs w:val="20"/>
              </w:rPr>
            </w:pPr>
            <w:r w:rsidRPr="00261CFE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연락처</w:t>
            </w:r>
          </w:p>
        </w:tc>
        <w:tc>
          <w:tcPr>
            <w:tcW w:w="5697" w:type="dxa"/>
          </w:tcPr>
          <w:p w14:paraId="7E50CFE6" w14:textId="77777777" w:rsidR="00EA7C15" w:rsidRPr="00261CFE" w:rsidRDefault="00EA7C15">
            <w:pPr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  <w:tr w:rsidR="00EA7C15" w:rsidRPr="00261CFE" w14:paraId="066FE7F2" w14:textId="77777777" w:rsidTr="003E5D2E">
        <w:tc>
          <w:tcPr>
            <w:tcW w:w="2943" w:type="dxa"/>
            <w:shd w:val="clear" w:color="auto" w:fill="D9D9D9" w:themeFill="background1" w:themeFillShade="D9"/>
          </w:tcPr>
          <w:p w14:paraId="4FEFD3DC" w14:textId="77777777" w:rsidR="00EA7C15" w:rsidRPr="00261CFE" w:rsidRDefault="008C5A5A">
            <w:pPr>
              <w:rPr>
                <w:rFonts w:ascii="MS UI Gothic" w:eastAsia="MS UI Gothic" w:hAnsi="MS UI Gothic"/>
                <w:sz w:val="20"/>
                <w:szCs w:val="20"/>
              </w:rPr>
            </w:pPr>
            <w:r w:rsidRPr="00261CFE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이메일</w:t>
            </w:r>
          </w:p>
        </w:tc>
        <w:tc>
          <w:tcPr>
            <w:tcW w:w="5697" w:type="dxa"/>
          </w:tcPr>
          <w:p w14:paraId="3E9F759D" w14:textId="77777777" w:rsidR="00EA7C15" w:rsidRPr="00261CFE" w:rsidRDefault="00EA7C15">
            <w:pPr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</w:tbl>
    <w:p w14:paraId="0E21F593" w14:textId="66E95AC7" w:rsidR="00EA7C15" w:rsidRPr="00261CFE" w:rsidRDefault="00EA7C15">
      <w:pPr>
        <w:rPr>
          <w:rFonts w:ascii="MS UI Gothic" w:eastAsia="MS UI Gothic" w:hAnsi="MS UI Gothic"/>
          <w:sz w:val="20"/>
          <w:szCs w:val="20"/>
        </w:rPr>
      </w:pPr>
    </w:p>
    <w:p w14:paraId="47D6C6E4" w14:textId="51974C25" w:rsidR="00EA7C15" w:rsidRPr="00261CFE" w:rsidRDefault="008C5A5A">
      <w:pPr>
        <w:rPr>
          <w:rFonts w:ascii="MS UI Gothic" w:eastAsia="MS UI Gothic" w:hAnsi="MS UI Gothic"/>
          <w:sz w:val="20"/>
          <w:szCs w:val="20"/>
        </w:rPr>
      </w:pPr>
      <w:r w:rsidRPr="00261CFE">
        <w:rPr>
          <w:rFonts w:ascii="MS UI Gothic" w:eastAsia="MS UI Gothic" w:hAnsi="MS UI Gothic"/>
          <w:sz w:val="20"/>
          <w:szCs w:val="20"/>
        </w:rPr>
        <w:t xml:space="preserve">2. </w:t>
      </w:r>
      <w:proofErr w:type="spellStart"/>
      <w:r w:rsidRPr="00261CFE">
        <w:rPr>
          <w:rFonts w:ascii="맑은 고딕" w:eastAsia="맑은 고딕" w:hAnsi="맑은 고딕" w:cs="맑은 고딕" w:hint="eastAsia"/>
          <w:sz w:val="20"/>
          <w:szCs w:val="20"/>
        </w:rPr>
        <w:t>이용</w:t>
      </w:r>
      <w:proofErr w:type="spellEnd"/>
      <w:r w:rsidRPr="00261CFE">
        <w:rPr>
          <w:rFonts w:ascii="MS UI Gothic" w:eastAsia="MS UI Gothic" w:hAnsi="MS UI Gothic"/>
          <w:sz w:val="20"/>
          <w:szCs w:val="20"/>
        </w:rPr>
        <w:t xml:space="preserve"> </w:t>
      </w:r>
      <w:proofErr w:type="spellStart"/>
      <w:r w:rsidRPr="00261CFE">
        <w:rPr>
          <w:rFonts w:ascii="맑은 고딕" w:eastAsia="맑은 고딕" w:hAnsi="맑은 고딕" w:cs="맑은 고딕" w:hint="eastAsia"/>
          <w:sz w:val="20"/>
          <w:szCs w:val="20"/>
        </w:rPr>
        <w:t>서비스</w:t>
      </w:r>
      <w:proofErr w:type="spellEnd"/>
      <w:r w:rsidRPr="00261CFE">
        <w:rPr>
          <w:rFonts w:ascii="MS UI Gothic" w:eastAsia="MS UI Gothic" w:hAnsi="MS UI Gothic"/>
          <w:sz w:val="20"/>
          <w:szCs w:val="20"/>
        </w:rPr>
        <w:t xml:space="preserve"> </w:t>
      </w:r>
      <w:proofErr w:type="spellStart"/>
      <w:r w:rsidRPr="00261CFE">
        <w:rPr>
          <w:rFonts w:ascii="맑은 고딕" w:eastAsia="맑은 고딕" w:hAnsi="맑은 고딕" w:cs="맑은 고딕" w:hint="eastAsia"/>
          <w:sz w:val="20"/>
          <w:szCs w:val="20"/>
        </w:rPr>
        <w:t>정보</w:t>
      </w:r>
      <w:proofErr w:type="spellEnd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43"/>
        <w:gridCol w:w="5697"/>
      </w:tblGrid>
      <w:tr w:rsidR="00EA7C15" w:rsidRPr="00261CFE" w14:paraId="3A2ED372" w14:textId="77777777" w:rsidTr="003E5D2E">
        <w:tc>
          <w:tcPr>
            <w:tcW w:w="2943" w:type="dxa"/>
            <w:shd w:val="clear" w:color="auto" w:fill="D9D9D9" w:themeFill="background1" w:themeFillShade="D9"/>
          </w:tcPr>
          <w:p w14:paraId="190E3099" w14:textId="77777777" w:rsidR="00EA7C15" w:rsidRPr="00261CFE" w:rsidRDefault="008C5A5A">
            <w:pPr>
              <w:rPr>
                <w:rFonts w:ascii="MS UI Gothic" w:eastAsia="MS UI Gothic" w:hAnsi="MS UI Gothic"/>
                <w:sz w:val="20"/>
                <w:szCs w:val="20"/>
              </w:rPr>
            </w:pPr>
            <w:proofErr w:type="spellStart"/>
            <w:r w:rsidRPr="00261CFE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해지</w:t>
            </w:r>
            <w:proofErr w:type="spellEnd"/>
            <w:r w:rsidRPr="00261CFE">
              <w:rPr>
                <w:rFonts w:ascii="MS UI Gothic" w:eastAsia="MS UI Gothic" w:hAnsi="MS UI Gothic"/>
                <w:sz w:val="20"/>
                <w:szCs w:val="20"/>
              </w:rPr>
              <w:t xml:space="preserve"> </w:t>
            </w:r>
            <w:proofErr w:type="spellStart"/>
            <w:r w:rsidRPr="00261CFE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희망일</w:t>
            </w:r>
            <w:proofErr w:type="spellEnd"/>
          </w:p>
        </w:tc>
        <w:tc>
          <w:tcPr>
            <w:tcW w:w="5697" w:type="dxa"/>
          </w:tcPr>
          <w:p w14:paraId="506B29C9" w14:textId="77777777" w:rsidR="00EA7C15" w:rsidRPr="00261CFE" w:rsidRDefault="00EA7C15">
            <w:pPr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</w:tbl>
    <w:p w14:paraId="31728492" w14:textId="4DE61686" w:rsidR="00EA7C15" w:rsidRPr="00261CFE" w:rsidRDefault="00EA7C15">
      <w:pPr>
        <w:rPr>
          <w:rFonts w:ascii="MS UI Gothic" w:eastAsia="MS UI Gothic" w:hAnsi="MS UI Gothic"/>
          <w:sz w:val="20"/>
          <w:szCs w:val="20"/>
        </w:rPr>
      </w:pPr>
    </w:p>
    <w:p w14:paraId="1154ABCF" w14:textId="5C4B14EF" w:rsidR="00EA7C15" w:rsidRPr="00261CFE" w:rsidRDefault="003E5D2E">
      <w:pPr>
        <w:rPr>
          <w:rFonts w:ascii="MS UI Gothic" w:eastAsia="MS UI Gothic" w:hAnsi="MS UI Gothic"/>
          <w:sz w:val="20"/>
          <w:szCs w:val="20"/>
          <w:lang w:eastAsia="ko-KR"/>
        </w:rPr>
      </w:pPr>
      <w:r w:rsidRPr="00261CFE">
        <w:rPr>
          <w:rFonts w:ascii="MS UI Gothic" w:eastAsia="MS UI Gothic" w:hAnsi="MS UI Gothic"/>
          <w:noProof/>
          <w:sz w:val="20"/>
          <w:szCs w:val="20"/>
          <w:lang w:eastAsia="ko-K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4E7F2C" wp14:editId="08B21FCF">
                <wp:simplePos x="0" y="0"/>
                <wp:positionH relativeFrom="column">
                  <wp:posOffset>-76200</wp:posOffset>
                </wp:positionH>
                <wp:positionV relativeFrom="paragraph">
                  <wp:posOffset>351790</wp:posOffset>
                </wp:positionV>
                <wp:extent cx="5514975" cy="733425"/>
                <wp:effectExtent l="0" t="0" r="9525" b="9525"/>
                <wp:wrapNone/>
                <wp:docPr id="1199082913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733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A1C1BB" id="직사각형 2" o:spid="_x0000_s1026" style="position:absolute;margin-left:-6pt;margin-top:27.7pt;width:434.25pt;height:57.7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" fillcolor="#d8d8d8 [2732]" stroked="f" strokeweight="2pt"/>
            </w:pict>
          </mc:Fallback>
        </mc:AlternateConten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3.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해지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사유</w:t>
      </w:r>
    </w:p>
    <w:p w14:paraId="2DB11D43" w14:textId="2F5C3DF4" w:rsidR="00EA7C15" w:rsidRPr="00261CFE" w:rsidRDefault="00EA7C15">
      <w:pPr>
        <w:rPr>
          <w:rFonts w:ascii="MS UI Gothic" w:eastAsia="MS UI Gothic" w:hAnsi="MS UI Gothic"/>
          <w:sz w:val="20"/>
          <w:szCs w:val="20"/>
          <w:lang w:eastAsia="ko-KR"/>
        </w:rPr>
      </w:pPr>
    </w:p>
    <w:p w14:paraId="34B270E0" w14:textId="3EFA7EE1" w:rsidR="003E5D2E" w:rsidRPr="00261CFE" w:rsidRDefault="003E5D2E">
      <w:pPr>
        <w:rPr>
          <w:rFonts w:ascii="MS UI Gothic" w:eastAsia="MS UI Gothic" w:hAnsi="MS UI Gothic"/>
          <w:sz w:val="20"/>
          <w:szCs w:val="20"/>
          <w:lang w:eastAsia="ko-KR"/>
        </w:rPr>
      </w:pPr>
    </w:p>
    <w:p w14:paraId="562410DE" w14:textId="77777777" w:rsidR="003E5D2E" w:rsidRPr="00261CFE" w:rsidRDefault="003E5D2E">
      <w:pPr>
        <w:rPr>
          <w:rFonts w:ascii="MS UI Gothic" w:eastAsia="MS UI Gothic" w:hAnsi="MS UI Gothic"/>
          <w:sz w:val="20"/>
          <w:szCs w:val="20"/>
          <w:lang w:eastAsia="ko-KR"/>
        </w:rPr>
      </w:pPr>
    </w:p>
    <w:p w14:paraId="21E8DB89" w14:textId="1CCB96A5" w:rsidR="00EA7C15" w:rsidRPr="00261CFE" w:rsidRDefault="003E5D2E">
      <w:pPr>
        <w:rPr>
          <w:rFonts w:ascii="MS UI Gothic" w:eastAsia="MS UI Gothic" w:hAnsi="MS UI Gothic"/>
          <w:sz w:val="20"/>
          <w:szCs w:val="20"/>
          <w:lang w:eastAsia="ko-KR"/>
        </w:rPr>
      </w:pPr>
      <w:r w:rsidRPr="00261CFE">
        <w:rPr>
          <w:rFonts w:ascii="MS UI Gothic" w:eastAsia="MS UI Gothic" w:hAnsi="MS UI Gothic" w:hint="eastAsia"/>
          <w:sz w:val="20"/>
          <w:szCs w:val="20"/>
          <w:lang w:eastAsia="ko-KR"/>
        </w:rPr>
        <w:t>4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.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유의사항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확인</w:t>
      </w:r>
    </w:p>
    <w:p w14:paraId="1DDA96AA" w14:textId="2134DF39" w:rsidR="00EA7C15" w:rsidRPr="00261CFE" w:rsidRDefault="008C5A5A">
      <w:pPr>
        <w:rPr>
          <w:rFonts w:ascii="MS UI Gothic" w:eastAsia="MS UI Gothic" w:hAnsi="MS UI Gothic"/>
          <w:sz w:val="20"/>
          <w:szCs w:val="20"/>
          <w:lang w:eastAsia="ko-KR"/>
        </w:rPr>
      </w:pP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서비스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해지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이후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데이터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이용이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제한될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수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있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으며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진행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중인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결제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및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정산이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완료되어야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해지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처리됩니다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>.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해지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요청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후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로그인은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불가합니다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.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해지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접수</w:t>
      </w:r>
      <w:r w:rsidR="004E3FE9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전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필요한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데이터는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다운로드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보관해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주셔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야합니다</w:t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>.</w:t>
      </w:r>
    </w:p>
    <w:p w14:paraId="65D2C5FB" w14:textId="53571970" w:rsidR="00EA7C15" w:rsidRPr="00261CFE" w:rsidRDefault="008C5A5A" w:rsidP="003E5D2E">
      <w:pPr>
        <w:jc w:val="center"/>
        <w:rPr>
          <w:rFonts w:ascii="MS UI Gothic" w:eastAsia="MS UI Gothic" w:hAnsi="MS UI Gothic"/>
          <w:sz w:val="20"/>
          <w:szCs w:val="20"/>
          <w:lang w:eastAsia="ko-KR"/>
        </w:rPr>
      </w:pPr>
      <w:proofErr w:type="gramStart"/>
      <w:r w:rsidRPr="00261CFE">
        <w:rPr>
          <w:rFonts w:ascii="MS UI Gothic" w:eastAsia="MS UI Gothic" w:hAnsi="MS UI Gothic"/>
          <w:sz w:val="20"/>
          <w:szCs w:val="20"/>
          <w:lang w:eastAsia="ko-KR"/>
        </w:rPr>
        <w:t>□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 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위</w:t>
      </w:r>
      <w:proofErr w:type="gramEnd"/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내용에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 xml:space="preserve">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동의합니다</w:t>
      </w:r>
      <w:r w:rsidRPr="00261CFE">
        <w:rPr>
          <w:rFonts w:ascii="MS UI Gothic" w:eastAsia="MS UI Gothic" w:hAnsi="MS UI Gothic"/>
          <w:sz w:val="20"/>
          <w:szCs w:val="20"/>
          <w:lang w:eastAsia="ko-KR"/>
        </w:rPr>
        <w:t>.</w:t>
      </w:r>
    </w:p>
    <w:p w14:paraId="2F8BC897" w14:textId="7EAC0387" w:rsidR="00EA7C15" w:rsidRPr="00261CFE" w:rsidRDefault="003E5D2E" w:rsidP="003E5D2E">
      <w:pPr>
        <w:jc w:val="right"/>
        <w:rPr>
          <w:rFonts w:ascii="MS UI Gothic" w:eastAsia="MS UI Gothic" w:hAnsi="MS UI Gothic" w:cs="맑은 고딕"/>
          <w:sz w:val="20"/>
          <w:szCs w:val="20"/>
          <w:lang w:eastAsia="ko-KR"/>
        </w:rPr>
      </w:pP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신청일</w:t>
      </w:r>
      <w:r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:          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년</w:t>
      </w:r>
      <w:r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       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월</w:t>
      </w:r>
      <w:r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 xml:space="preserve">        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일</w:t>
      </w:r>
      <w:r w:rsidRPr="00261CFE">
        <w:rPr>
          <w:rFonts w:ascii="MS UI Gothic" w:eastAsia="MS UI Gothic" w:hAnsi="MS UI Gothic" w:cs="맑은 고딕"/>
          <w:sz w:val="20"/>
          <w:szCs w:val="20"/>
          <w:lang w:eastAsia="ko-KR"/>
        </w:rPr>
        <w:br/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작성자</w:t>
      </w:r>
      <w:r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>:                        (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서명</w:t>
      </w:r>
      <w:r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>)</w:t>
      </w:r>
      <w:r w:rsidRPr="00261CFE">
        <w:rPr>
          <w:rFonts w:ascii="MS UI Gothic" w:eastAsia="MS UI Gothic" w:hAnsi="MS UI Gothic" w:cs="맑은 고딕"/>
          <w:sz w:val="20"/>
          <w:szCs w:val="20"/>
          <w:lang w:eastAsia="ko-KR"/>
        </w:rPr>
        <w:br/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회사명</w:t>
      </w:r>
      <w:r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>:                           (</w:t>
      </w:r>
      <w:r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인</w:t>
      </w:r>
      <w:r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>)</w:t>
      </w:r>
    </w:p>
    <w:p w14:paraId="5D65B442" w14:textId="04644A54" w:rsidR="003E5D2E" w:rsidRPr="00261CFE" w:rsidRDefault="00C361AF" w:rsidP="003E5D2E">
      <w:pPr>
        <w:jc w:val="right"/>
        <w:rPr>
          <w:rFonts w:ascii="MS UI Gothic" w:eastAsia="MS UI Gothic" w:hAnsi="MS UI Gothic"/>
          <w:sz w:val="20"/>
          <w:szCs w:val="20"/>
          <w:lang w:eastAsia="ko-K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84000F" wp14:editId="564A581F">
            <wp:simplePos x="0" y="0"/>
            <wp:positionH relativeFrom="column">
              <wp:posOffset>2171065</wp:posOffset>
            </wp:positionH>
            <wp:positionV relativeFrom="paragraph">
              <wp:posOffset>642620</wp:posOffset>
            </wp:positionV>
            <wp:extent cx="1135539" cy="219075"/>
            <wp:effectExtent l="0" t="0" r="7620" b="0"/>
            <wp:wrapNone/>
            <wp:docPr id="208503480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39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D2E" w:rsidRPr="00261CFE">
        <w:rPr>
          <w:rFonts w:ascii="MS UI Gothic" w:eastAsia="MS UI Gothic" w:hAnsi="MS UI Gothic" w:cs="맑은 고딕" w:hint="eastAsia"/>
          <w:sz w:val="20"/>
          <w:szCs w:val="20"/>
          <w:lang w:eastAsia="ko-KR"/>
        </w:rPr>
        <w:t>*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회사명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>(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인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>)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은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법인은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법인도장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,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개인사업자는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대표자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서명이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 xml:space="preserve"> </w:t>
      </w:r>
      <w:r w:rsidR="003E5D2E" w:rsidRPr="00261CFE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필요합니다</w:t>
      </w:r>
      <w:r w:rsidR="003E5D2E" w:rsidRPr="00261CFE">
        <w:rPr>
          <w:rFonts w:ascii="MS UI Gothic" w:eastAsia="MS UI Gothic" w:hAnsi="MS UI Gothic" w:hint="eastAsia"/>
          <w:sz w:val="20"/>
          <w:szCs w:val="20"/>
          <w:lang w:eastAsia="ko-KR"/>
        </w:rPr>
        <w:t>.</w:t>
      </w:r>
    </w:p>
    <w:sectPr w:rsidR="003E5D2E" w:rsidRPr="00261CF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A8542" w14:textId="77777777" w:rsidR="00E35361" w:rsidRDefault="00E35361" w:rsidP="00DB201B">
      <w:pPr>
        <w:spacing w:after="0" w:line="240" w:lineRule="auto"/>
      </w:pPr>
      <w:r>
        <w:separator/>
      </w:r>
    </w:p>
  </w:endnote>
  <w:endnote w:type="continuationSeparator" w:id="0">
    <w:p w14:paraId="26585EBB" w14:textId="77777777" w:rsidR="00E35361" w:rsidRDefault="00E35361" w:rsidP="00DB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25234" w14:textId="77777777" w:rsidR="00E35361" w:rsidRDefault="00E35361" w:rsidP="00DB201B">
      <w:pPr>
        <w:spacing w:after="0" w:line="240" w:lineRule="auto"/>
      </w:pPr>
      <w:r>
        <w:separator/>
      </w:r>
    </w:p>
  </w:footnote>
  <w:footnote w:type="continuationSeparator" w:id="0">
    <w:p w14:paraId="5ECD45BB" w14:textId="77777777" w:rsidR="00E35361" w:rsidRDefault="00E35361" w:rsidP="00DB2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EA17FC"/>
    <w:multiLevelType w:val="hybridMultilevel"/>
    <w:tmpl w:val="C75E0D08"/>
    <w:lvl w:ilvl="0" w:tplc="2C120FE2">
      <w:start w:val="4"/>
      <w:numFmt w:val="bullet"/>
      <w:lvlText w:val=""/>
      <w:lvlJc w:val="left"/>
      <w:pPr>
        <w:ind w:left="800" w:hanging="360"/>
      </w:pPr>
      <w:rPr>
        <w:rFonts w:ascii="Wingdings" w:eastAsia="맑은 고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417359054">
    <w:abstractNumId w:val="8"/>
  </w:num>
  <w:num w:numId="2" w16cid:durableId="2144615809">
    <w:abstractNumId w:val="6"/>
  </w:num>
  <w:num w:numId="3" w16cid:durableId="370301048">
    <w:abstractNumId w:val="5"/>
  </w:num>
  <w:num w:numId="4" w16cid:durableId="1768497525">
    <w:abstractNumId w:val="4"/>
  </w:num>
  <w:num w:numId="5" w16cid:durableId="1619987911">
    <w:abstractNumId w:val="7"/>
  </w:num>
  <w:num w:numId="6" w16cid:durableId="1822118990">
    <w:abstractNumId w:val="3"/>
  </w:num>
  <w:num w:numId="7" w16cid:durableId="459736887">
    <w:abstractNumId w:val="2"/>
  </w:num>
  <w:num w:numId="8" w16cid:durableId="599065585">
    <w:abstractNumId w:val="1"/>
  </w:num>
  <w:num w:numId="9" w16cid:durableId="853883915">
    <w:abstractNumId w:val="0"/>
  </w:num>
  <w:num w:numId="10" w16cid:durableId="8500262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38A7"/>
    <w:rsid w:val="0015074B"/>
    <w:rsid w:val="00261CFE"/>
    <w:rsid w:val="0029639D"/>
    <w:rsid w:val="002E5D4B"/>
    <w:rsid w:val="00326F90"/>
    <w:rsid w:val="003B36DE"/>
    <w:rsid w:val="003E5D2E"/>
    <w:rsid w:val="004E3FE9"/>
    <w:rsid w:val="005F78B9"/>
    <w:rsid w:val="007C30E0"/>
    <w:rsid w:val="008C5A5A"/>
    <w:rsid w:val="00AA1D8D"/>
    <w:rsid w:val="00B26522"/>
    <w:rsid w:val="00B47730"/>
    <w:rsid w:val="00BB73A6"/>
    <w:rsid w:val="00C361AF"/>
    <w:rsid w:val="00C640F8"/>
    <w:rsid w:val="00CB0664"/>
    <w:rsid w:val="00D703CE"/>
    <w:rsid w:val="00DB201B"/>
    <w:rsid w:val="00E35361"/>
    <w:rsid w:val="00E61EC1"/>
    <w:rsid w:val="00EA7C15"/>
    <w:rsid w:val="00EE53D9"/>
    <w:rsid w:val="00F93A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52AE88"/>
  <w14:defaultImageDpi w14:val="330"/>
  <w15:docId w15:val="{741FF30B-B0B7-474F-ACE1-A0F63039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</Words>
  <Characters>273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SOFT PAY</cp:lastModifiedBy>
  <cp:revision>13</cp:revision>
  <cp:lastPrinted>2026-03-25T00:48:00Z</cp:lastPrinted>
  <dcterms:created xsi:type="dcterms:W3CDTF">2013-12-23T23:15:00Z</dcterms:created>
  <dcterms:modified xsi:type="dcterms:W3CDTF">2026-03-25T00:58:00Z</dcterms:modified>
  <cp:category/>
</cp:coreProperties>
</file>